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FC0E" w14:textId="77777777" w:rsidR="00741BF2" w:rsidRDefault="00000000">
      <w:pPr>
        <w:spacing w:before="160" w:after="40" w:line="240" w:lineRule="auto"/>
        <w:jc w:val="center"/>
      </w:pPr>
      <w:r>
        <w:rPr>
          <w:b/>
          <w:color w:val="6F2C91"/>
          <w:sz w:val="40"/>
        </w:rPr>
        <w:t>THUAIGE Practical School Partner</w:t>
      </w:r>
    </w:p>
    <w:p w14:paraId="41775869" w14:textId="77777777" w:rsidR="00741BF2" w:rsidRDefault="00000000">
      <w:pPr>
        <w:spacing w:after="140" w:line="240" w:lineRule="auto"/>
        <w:jc w:val="center"/>
      </w:pPr>
      <w:r>
        <w:rPr>
          <w:b/>
          <w:color w:val="2C2C34"/>
          <w:sz w:val="33"/>
        </w:rPr>
        <w:t>Application Form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41BF2" w14:paraId="6423DD85" w14:textId="77777777">
        <w:trPr>
          <w:jc w:val="center"/>
        </w:trPr>
        <w:tc>
          <w:tcPr>
            <w:tcW w:w="10080" w:type="dxa"/>
            <w:tcBorders>
              <w:top w:val="single" w:sz="6" w:space="0" w:color="6F2C91"/>
              <w:left w:val="single" w:sz="6" w:space="0" w:color="6F2C91"/>
              <w:bottom w:val="single" w:sz="6" w:space="0" w:color="6F2C91"/>
              <w:right w:val="single" w:sz="6" w:space="0" w:color="6F2C91"/>
            </w:tcBorders>
            <w:shd w:val="clear" w:color="auto" w:fill="FAF9FB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A879E3F" w14:textId="77777777" w:rsidR="00741BF2" w:rsidRDefault="00000000">
            <w:pPr>
              <w:spacing w:after="40" w:line="240" w:lineRule="auto"/>
            </w:pPr>
            <w:r>
              <w:rPr>
                <w:b/>
                <w:color w:val="2C2C34"/>
                <w:sz w:val="20"/>
              </w:rPr>
              <w:t>Purpose</w:t>
            </w:r>
          </w:p>
          <w:p w14:paraId="5FCE9227" w14:textId="77777777" w:rsidR="00741BF2" w:rsidRDefault="00000000">
            <w:pPr>
              <w:spacing w:after="40" w:line="252" w:lineRule="auto"/>
            </w:pPr>
            <w:r>
              <w:rPr>
                <w:color w:val="2C2C34"/>
                <w:sz w:val="17"/>
              </w:rPr>
              <w:t>THUAIGE Practical School Partners implement AI literacy education using THUAIGE open-source curriculum and resources and contribute practical experience, materials, feedback, or other support to the continuing development of the shared open-source AI literacy system.</w:t>
            </w:r>
          </w:p>
          <w:p w14:paraId="12C9D603" w14:textId="77777777" w:rsidR="00741BF2" w:rsidRDefault="00000000">
            <w:pPr>
              <w:spacing w:after="0" w:line="252" w:lineRule="auto"/>
            </w:pPr>
            <w:r>
              <w:rPr>
                <w:i/>
                <w:color w:val="5D5D66"/>
                <w:sz w:val="17"/>
              </w:rPr>
              <w:t>Please type directly into the fillable fields. Enter “N/A” where a response is not applicable.</w:t>
            </w:r>
          </w:p>
        </w:tc>
      </w:tr>
    </w:tbl>
    <w:p w14:paraId="4EF62C81" w14:textId="77777777" w:rsidR="00741BF2" w:rsidRDefault="00741BF2">
      <w:pPr>
        <w:spacing w:after="0" w:line="240" w:lineRule="auto"/>
      </w:pPr>
    </w:p>
    <w:p w14:paraId="55162E00" w14:textId="77777777" w:rsidR="00741BF2" w:rsidRDefault="00000000">
      <w:pPr>
        <w:spacing w:before="40" w:line="240" w:lineRule="auto"/>
      </w:pPr>
      <w:r>
        <w:rPr>
          <w:b/>
          <w:color w:val="6F2C91"/>
          <w:sz w:val="29"/>
        </w:rPr>
        <w:t>1. School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128"/>
      </w:tblGrid>
      <w:tr w:rsidR="00741BF2" w14:paraId="04727A0B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EEF875F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Official school name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6292B64" w14:textId="4AE458CE" w:rsidR="00741BF2" w:rsidRDefault="00000000">
            <w:pPr>
              <w:spacing w:after="0" w:line="240" w:lineRule="auto"/>
            </w:pPr>
            <w:sdt>
              <w:sdtPr>
                <w:rPr>
                  <w:rFonts w:ascii="宋体" w:eastAsia="宋体" w:hAnsi="宋体" w:hint="eastAsia"/>
                  <w:lang w:eastAsia="zh-CN"/>
                </w:rPr>
                <w:alias w:val="SCHOOL_NAME"/>
                <w:tag w:val="SCHOOL_NAME"/>
                <w:id w:val="596370272"/>
                <w:text/>
              </w:sdtPr>
              <w:sdtContent>
                <w:r>
                  <w:rPr>
                    <w:rFonts w:ascii="宋体" w:eastAsia="宋体" w:hAnsi="宋体" w:hint="eastAsia"/>
                    <w:i/>
                    <w:color w:val="7A7480"/>
                    <w:sz w:val="18"/>
                    <w:lang w:eastAsia="zh-CN"/>
                  </w:rPr>
                  <w:t xml:space="preserve">Click or tap here to enter the official </w:t>
                </w:r>
                <w:proofErr w:type="gramStart"/>
                <w:r>
                  <w:rPr>
                    <w:rFonts w:ascii="宋体" w:eastAsia="宋体" w:hAnsi="宋体" w:hint="eastAsia"/>
                    <w:i/>
                    <w:color w:val="7A7480"/>
                    <w:sz w:val="18"/>
                    <w:lang w:eastAsia="zh-CN"/>
                  </w:rPr>
                  <w:t>school</w:t>
                </w:r>
                <w:proofErr w:type="gramEnd"/>
                <w:r>
                  <w:rPr>
                    <w:rFonts w:ascii="宋体" w:eastAsia="宋体" w:hAnsi="宋体" w:hint="eastAsia"/>
                    <w:i/>
                    <w:color w:val="7A7480"/>
                    <w:sz w:val="18"/>
                    <w:lang w:eastAsia="zh-CN"/>
                  </w:rPr>
                  <w:t xml:space="preserve"> name.</w:t>
                </w:r>
              </w:sdtContent>
            </w:sdt>
          </w:p>
        </w:tc>
      </w:tr>
      <w:tr w:rsidR="00741BF2" w14:paraId="44C47A9F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6C09BE3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City / region / country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6292D88" w14:textId="77777777" w:rsidR="00741BF2" w:rsidRDefault="00000000">
            <w:pPr>
              <w:spacing w:after="0" w:line="240" w:lineRule="auto"/>
            </w:pPr>
            <w:sdt>
              <w:sdtPr>
                <w:alias w:val="LOCATION"/>
                <w:tag w:val="LOCATION"/>
                <w:id w:val="1016278685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City / region / country</w:t>
                </w:r>
              </w:sdtContent>
            </w:sdt>
          </w:p>
        </w:tc>
      </w:tr>
      <w:tr w:rsidR="00741BF2" w14:paraId="7DCF337B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0A0F2CA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School website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98EFEBB" w14:textId="77777777" w:rsidR="00741BF2" w:rsidRDefault="00000000">
            <w:pPr>
              <w:spacing w:after="0" w:line="240" w:lineRule="auto"/>
            </w:pPr>
            <w:sdt>
              <w:sdtPr>
                <w:alias w:val="WEBSITE"/>
                <w:tag w:val="WEBSITE"/>
                <w:id w:val="-1965873932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School website URL</w:t>
                </w:r>
              </w:sdtContent>
            </w:sdt>
          </w:p>
        </w:tc>
      </w:tr>
      <w:tr w:rsidR="00741BF2" w14:paraId="430AB13A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0F6F717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Grade levels currently served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D71D524" w14:textId="77777777" w:rsidR="00741BF2" w:rsidRDefault="00000000">
            <w:pPr>
              <w:spacing w:after="0" w:line="240" w:lineRule="auto"/>
            </w:pPr>
            <w:sdt>
              <w:sdtPr>
                <w:alias w:val="CURRENT_GRADES"/>
                <w:tag w:val="CURRENT_GRADES"/>
                <w:id w:val="-6295852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e.g., Grades 1–12</w:t>
                </w:r>
              </w:sdtContent>
            </w:sdt>
          </w:p>
        </w:tc>
      </w:tr>
      <w:tr w:rsidR="00741BF2" w14:paraId="1B6C25D0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C3DCE52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Intended THUAIGE grade level(s)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A20E7DF" w14:textId="77777777" w:rsidR="00741BF2" w:rsidRDefault="00000000">
            <w:pPr>
              <w:spacing w:after="0" w:line="240" w:lineRule="auto"/>
            </w:pPr>
            <w:sdt>
              <w:sdtPr>
                <w:alias w:val="INTENDED_GRADES"/>
                <w:tag w:val="INTENDED_GRADES"/>
                <w:id w:val="-1183431751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e.g., Grades 7–9</w:t>
                </w:r>
              </w:sdtContent>
            </w:sdt>
          </w:p>
        </w:tc>
      </w:tr>
      <w:tr w:rsidR="00741BF2" w14:paraId="53687FB0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EF36133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Expected first-year student reach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9E4A3B0" w14:textId="77777777" w:rsidR="00741BF2" w:rsidRDefault="00000000">
            <w:pPr>
              <w:spacing w:after="0" w:line="240" w:lineRule="auto"/>
            </w:pPr>
            <w:sdt>
              <w:sdtPr>
                <w:alias w:val="STUDENT_REACH"/>
                <w:tag w:val="STUDENT_REACH"/>
                <w:id w:val="1768113053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Approximate number of students</w:t>
                </w:r>
              </w:sdtContent>
            </w:sdt>
          </w:p>
        </w:tc>
      </w:tr>
      <w:tr w:rsidR="00741BF2" w14:paraId="443713C5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AF75A60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Proposed launch term / academic year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E53141B" w14:textId="77777777" w:rsidR="00741BF2" w:rsidRDefault="00000000">
            <w:pPr>
              <w:spacing w:after="0" w:line="240" w:lineRule="auto"/>
            </w:pPr>
            <w:sdt>
              <w:sdtPr>
                <w:alias w:val="LAUNCH_TERM"/>
                <w:tag w:val="LAUNCH_TERM"/>
                <w:id w:val="1112245570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e.g., Fall 2027 / 2027–28 academic year</w:t>
                </w:r>
              </w:sdtContent>
            </w:sdt>
          </w:p>
        </w:tc>
      </w:tr>
    </w:tbl>
    <w:p w14:paraId="0FFE3CBE" w14:textId="77777777" w:rsidR="00741BF2" w:rsidRDefault="00741BF2">
      <w:pPr>
        <w:spacing w:after="20" w:line="240" w:lineRule="auto"/>
      </w:pPr>
    </w:p>
    <w:p w14:paraId="276D0623" w14:textId="77777777" w:rsidR="00741BF2" w:rsidRDefault="00000000">
      <w:pPr>
        <w:spacing w:before="40" w:line="240" w:lineRule="auto"/>
      </w:pPr>
      <w:r>
        <w:rPr>
          <w:b/>
          <w:color w:val="6F2C91"/>
          <w:sz w:val="29"/>
        </w:rPr>
        <w:t>2. AI Literacy Program Contacts</w:t>
      </w:r>
    </w:p>
    <w:p w14:paraId="1C9140A3" w14:textId="77777777" w:rsidR="00741BF2" w:rsidRDefault="00000000">
      <w:pPr>
        <w:spacing w:after="120" w:line="252" w:lineRule="auto"/>
      </w:pPr>
      <w:r>
        <w:rPr>
          <w:color w:val="5D5D66"/>
          <w:sz w:val="18"/>
        </w:rPr>
        <w:t>Please identify the day-to-day program lead and the school leader who directly supervises or sponsors the program.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741BF2" w14:paraId="565CFFC2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717A" w14:textId="77777777" w:rsidR="00741BF2" w:rsidRDefault="00000000">
            <w:pPr>
              <w:spacing w:line="240" w:lineRule="auto"/>
            </w:pPr>
            <w:r>
              <w:rPr>
                <w:b/>
                <w:color w:val="2C2C34"/>
                <w:sz w:val="20"/>
              </w:rPr>
              <w:t>A. AI Literacy Program Lead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3024"/>
            </w:tblGrid>
            <w:tr w:rsidR="00741BF2" w14:paraId="436F947A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7331B00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Full name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E9FCC5B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PROGRAM_LEAD_NAME"/>
                      <w:tag w:val="PROGRAM_LEAD_NAME"/>
                      <w:id w:val="2143537823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Full name</w:t>
                      </w:r>
                    </w:sdtContent>
                  </w:sdt>
                </w:p>
              </w:tc>
            </w:tr>
            <w:tr w:rsidR="00741BF2" w14:paraId="61CA6C21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A9FE8DC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Title / role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3B4FFE9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PROGRAM_LEAD_TITLE"/>
                      <w:tag w:val="PROGRAM_LEAD_TITLE"/>
                      <w:id w:val="-1339607470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School title / role</w:t>
                      </w:r>
                    </w:sdtContent>
                  </w:sdt>
                </w:p>
              </w:tc>
            </w:tr>
            <w:tr w:rsidR="00741BF2" w14:paraId="47A98D98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DA309B4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Email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2B7FE74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PROGRAM_LEAD_EMAIL"/>
                      <w:tag w:val="PROGRAM_LEAD_EMAIL"/>
                      <w:id w:val="890080117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Email address</w:t>
                      </w:r>
                    </w:sdtContent>
                  </w:sdt>
                </w:p>
              </w:tc>
            </w:tr>
            <w:tr w:rsidR="00741BF2" w14:paraId="0F1E6CEF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4EA9D7CF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Phone (optional)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4C90700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PROGRAM_LEAD_PHONE"/>
                      <w:tag w:val="PROGRAM_LEAD_PHONE"/>
                      <w:id w:val="2022203300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Optional</w:t>
                      </w:r>
                    </w:sdtContent>
                  </w:sdt>
                </w:p>
              </w:tc>
            </w:tr>
          </w:tbl>
          <w:p w14:paraId="1D45CFD0" w14:textId="77777777" w:rsidR="00741BF2" w:rsidRDefault="00741BF2"/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220E0" w14:textId="77777777" w:rsidR="00741BF2" w:rsidRDefault="00000000">
            <w:pPr>
              <w:spacing w:line="240" w:lineRule="auto"/>
            </w:pPr>
            <w:r>
              <w:rPr>
                <w:b/>
                <w:color w:val="2C2C34"/>
                <w:sz w:val="20"/>
              </w:rPr>
              <w:t>B. Direct Manager / Institutional Sponsor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3024"/>
            </w:tblGrid>
            <w:tr w:rsidR="00741BF2" w14:paraId="5AD36E04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75F401B2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Full name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CF1FF14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MANAGER_NAME"/>
                      <w:tag w:val="MANAGER_NAME"/>
                      <w:id w:val="2039996104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Full name</w:t>
                      </w:r>
                    </w:sdtContent>
                  </w:sdt>
                </w:p>
              </w:tc>
            </w:tr>
            <w:tr w:rsidR="00741BF2" w14:paraId="7779DA14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7C3081CA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Title / role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BF029A0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MANAGER_TITLE"/>
                      <w:tag w:val="MANAGER_TITLE"/>
                      <w:id w:val="471880170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School title / role</w:t>
                      </w:r>
                    </w:sdtContent>
                  </w:sdt>
                </w:p>
              </w:tc>
            </w:tr>
            <w:tr w:rsidR="00741BF2" w14:paraId="6BAF93CE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18B03451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Email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3AD3D56D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MANAGER_EMAIL"/>
                      <w:tag w:val="MANAGER_EMAIL"/>
                      <w:id w:val="-1007294894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Email address</w:t>
                      </w:r>
                    </w:sdtContent>
                  </w:sdt>
                </w:p>
              </w:tc>
            </w:tr>
            <w:tr w:rsidR="00741BF2" w14:paraId="7A2F86C8" w14:textId="77777777">
              <w:tc>
                <w:tcPr>
                  <w:tcW w:w="194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4F1F7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49C6448A" w14:textId="77777777" w:rsidR="00741BF2" w:rsidRDefault="00000000">
                  <w:pPr>
                    <w:spacing w:after="0" w:line="240" w:lineRule="auto"/>
                  </w:pPr>
                  <w:r>
                    <w:rPr>
                      <w:b/>
                      <w:color w:val="2C2C34"/>
                      <w:sz w:val="17"/>
                    </w:rPr>
                    <w:t>Phone (optional)</w:t>
                  </w:r>
                </w:p>
              </w:tc>
              <w:tc>
                <w:tcPr>
                  <w:tcW w:w="3024" w:type="dxa"/>
                  <w:tcBorders>
                    <w:top w:val="single" w:sz="5" w:space="0" w:color="D8D2DC"/>
                    <w:left w:val="single" w:sz="5" w:space="0" w:color="D8D2DC"/>
                    <w:bottom w:val="single" w:sz="5" w:space="0" w:color="D8D2DC"/>
                    <w:right w:val="single" w:sz="5" w:space="0" w:color="D8D2DC"/>
                  </w:tcBorders>
                  <w:shd w:val="clear" w:color="auto" w:fill="FFFFFF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64041F7" w14:textId="77777777" w:rsidR="00741BF2" w:rsidRDefault="00000000">
                  <w:pPr>
                    <w:spacing w:after="0" w:line="240" w:lineRule="auto"/>
                  </w:pPr>
                  <w:sdt>
                    <w:sdtPr>
                      <w:alias w:val="MANAGER_PHONE"/>
                      <w:tag w:val="MANAGER_PHONE"/>
                      <w:id w:val="1245537099"/>
                      <w:text/>
                    </w:sdtPr>
                    <w:sdtContent>
                      <w:r>
                        <w:rPr>
                          <w:i/>
                          <w:color w:val="7A7480"/>
                          <w:sz w:val="17"/>
                        </w:rPr>
                        <w:t>Optional</w:t>
                      </w:r>
                    </w:sdtContent>
                  </w:sdt>
                </w:p>
              </w:tc>
            </w:tr>
          </w:tbl>
          <w:p w14:paraId="0C528FA2" w14:textId="77777777" w:rsidR="00741BF2" w:rsidRDefault="00741BF2"/>
        </w:tc>
      </w:tr>
    </w:tbl>
    <w:p w14:paraId="48CCA160" w14:textId="77777777" w:rsidR="00741BF2" w:rsidRDefault="00741BF2">
      <w:pPr>
        <w:spacing w:after="0" w:line="240" w:lineRule="auto"/>
      </w:pPr>
    </w:p>
    <w:p w14:paraId="6D57A8ED" w14:textId="77777777" w:rsidR="00741BF2" w:rsidRDefault="00000000">
      <w:r>
        <w:br w:type="page"/>
      </w:r>
    </w:p>
    <w:p w14:paraId="56F8901F" w14:textId="77777777" w:rsidR="00741BF2" w:rsidRDefault="00000000">
      <w:pPr>
        <w:spacing w:before="40" w:line="240" w:lineRule="auto"/>
      </w:pPr>
      <w:r>
        <w:rPr>
          <w:b/>
          <w:color w:val="6F2C91"/>
          <w:sz w:val="29"/>
        </w:rPr>
        <w:lastRenderedPageBreak/>
        <w:t>3. Proposed AI Literacy Curriculum Implementation</w:t>
      </w:r>
    </w:p>
    <w:p w14:paraId="18BDD134" w14:textId="77777777" w:rsidR="00741BF2" w:rsidRDefault="00000000">
      <w:pPr>
        <w:spacing w:after="120" w:line="252" w:lineRule="auto"/>
      </w:pPr>
      <w:r>
        <w:rPr>
          <w:color w:val="5D5D66"/>
          <w:sz w:val="18"/>
        </w:rPr>
        <w:t>Describe how your school intends to organize and deliver AI literacy education using the THUAIGE curriculum and open-source resources. Concrete implementation details are encouraged.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41BF2" w14:paraId="62755CC9" w14:textId="77777777">
        <w:trPr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50F667F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20"/>
              </w:rPr>
              <w:t>3.1 Overall implementation proposal</w:t>
            </w:r>
          </w:p>
          <w:p w14:paraId="7ADBEF39" w14:textId="5120B3AA" w:rsidR="00741BF2" w:rsidRDefault="00000000">
            <w:pPr>
              <w:spacing w:before="20" w:after="0" w:line="240" w:lineRule="auto"/>
            </w:pPr>
            <w:r>
              <w:rPr>
                <w:color w:val="5D5D66"/>
                <w:sz w:val="17"/>
              </w:rPr>
              <w:t>Suggested length: 300</w:t>
            </w:r>
            <w:r w:rsidR="00EA4A32">
              <w:rPr>
                <w:rFonts w:eastAsia="宋体" w:hint="eastAsia"/>
                <w:color w:val="5D5D66"/>
                <w:sz w:val="17"/>
                <w:lang w:eastAsia="zh-CN"/>
              </w:rPr>
              <w:t xml:space="preserve"> </w:t>
            </w:r>
            <w:r>
              <w:rPr>
                <w:color w:val="5D5D66"/>
                <w:sz w:val="17"/>
              </w:rPr>
              <w:t>words. Explain the educational rationale, target students, delivery structure, and how THUAIGE resources would fit your school context.</w:t>
            </w:r>
          </w:p>
        </w:tc>
      </w:tr>
      <w:tr w:rsidR="00741BF2" w14:paraId="72071974" w14:textId="77777777">
        <w:trPr>
          <w:trHeight w:val="2592"/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B756742" w14:textId="77777777" w:rsidR="00741BF2" w:rsidRDefault="00000000">
            <w:pPr>
              <w:spacing w:after="0" w:line="240" w:lineRule="auto"/>
            </w:pPr>
            <w:sdt>
              <w:sdtPr>
                <w:alias w:val="IMPLEMENTATION_PROPOSAL"/>
                <w:tag w:val="IMPLEMENTATION_PROPOSAL"/>
                <w:id w:val="-1662542097"/>
                <w:text w:multiLine="1"/>
              </w:sdtPr>
              <w:sdtContent>
                <w:r>
                  <w:rPr>
                    <w:i/>
                    <w:color w:val="7A7480"/>
                    <w:sz w:val="18"/>
                  </w:rPr>
                  <w:t>Click or tap here and type your implementation proposal.</w:t>
                </w:r>
              </w:sdtContent>
            </w:sdt>
          </w:p>
        </w:tc>
      </w:tr>
    </w:tbl>
    <w:p w14:paraId="242F3800" w14:textId="7E307879" w:rsidR="00741BF2" w:rsidRPr="00EA4A32" w:rsidRDefault="00741BF2">
      <w:pPr>
        <w:rPr>
          <w:rFonts w:eastAsia="宋体"/>
          <w:lang w:eastAsia="zh-C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41BF2" w14:paraId="7F6B114C" w14:textId="77777777">
        <w:trPr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28421A8" w14:textId="0E0CDC0C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20"/>
              </w:rPr>
              <w:t>3.</w:t>
            </w:r>
            <w:r w:rsidR="00EA4A32">
              <w:rPr>
                <w:rFonts w:eastAsia="宋体" w:hint="eastAsia"/>
                <w:b/>
                <w:color w:val="2C2C34"/>
                <w:sz w:val="20"/>
                <w:lang w:eastAsia="zh-CN"/>
              </w:rPr>
              <w:t>2</w:t>
            </w:r>
            <w:r>
              <w:rPr>
                <w:b/>
                <w:color w:val="2C2C34"/>
                <w:sz w:val="20"/>
              </w:rPr>
              <w:t xml:space="preserve"> Local adaptation and student learning</w:t>
            </w:r>
          </w:p>
          <w:p w14:paraId="620BF2B6" w14:textId="77777777" w:rsidR="00741BF2" w:rsidRDefault="00000000">
            <w:pPr>
              <w:spacing w:before="20" w:after="0" w:line="240" w:lineRule="auto"/>
            </w:pPr>
            <w:r>
              <w:rPr>
                <w:color w:val="5D5D66"/>
                <w:sz w:val="17"/>
              </w:rPr>
              <w:t>Explain any localization/adaptation you anticipate and how you plan to assess student participation, learning, projects, or other outcomes.</w:t>
            </w:r>
          </w:p>
        </w:tc>
      </w:tr>
      <w:tr w:rsidR="00741BF2" w14:paraId="54F8C885" w14:textId="77777777">
        <w:trPr>
          <w:trHeight w:val="1512"/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9838100" w14:textId="77777777" w:rsidR="00741BF2" w:rsidRDefault="00000000">
            <w:pPr>
              <w:spacing w:after="0" w:line="240" w:lineRule="auto"/>
            </w:pPr>
            <w:sdt>
              <w:sdtPr>
                <w:alias w:val="ADAPTATION_ASSESSMENT"/>
                <w:tag w:val="ADAPTATION_ASSESSMENT"/>
                <w:id w:val="416295064"/>
                <w:text w:multiLine="1"/>
              </w:sdtPr>
              <w:sdtContent>
                <w:r>
                  <w:rPr>
                    <w:i/>
                    <w:color w:val="7A7480"/>
                    <w:sz w:val="18"/>
                  </w:rPr>
                  <w:t>Click or tap here and describe adaptation and assessment plans.</w:t>
                </w:r>
              </w:sdtContent>
            </w:sdt>
          </w:p>
        </w:tc>
      </w:tr>
    </w:tbl>
    <w:p w14:paraId="67318941" w14:textId="77777777" w:rsidR="00741BF2" w:rsidRDefault="00741BF2">
      <w:pPr>
        <w:spacing w:after="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41BF2" w14:paraId="1B98A050" w14:textId="77777777">
        <w:trPr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26B74E0" w14:textId="42F7A995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20"/>
              </w:rPr>
              <w:t>3.</w:t>
            </w:r>
            <w:r w:rsidR="00EA4A32">
              <w:rPr>
                <w:rFonts w:eastAsia="宋体" w:hint="eastAsia"/>
                <w:b/>
                <w:color w:val="2C2C34"/>
                <w:sz w:val="20"/>
                <w:lang w:eastAsia="zh-CN"/>
              </w:rPr>
              <w:t>3</w:t>
            </w:r>
            <w:r>
              <w:rPr>
                <w:b/>
                <w:color w:val="2C2C34"/>
                <w:sz w:val="20"/>
              </w:rPr>
              <w:t xml:space="preserve"> Rollout timeline and scale</w:t>
            </w:r>
          </w:p>
          <w:p w14:paraId="1F6FB5A8" w14:textId="77777777" w:rsidR="00741BF2" w:rsidRDefault="00000000">
            <w:pPr>
              <w:spacing w:before="20" w:after="0" w:line="240" w:lineRule="auto"/>
            </w:pPr>
            <w:r>
              <w:rPr>
                <w:color w:val="5D5D66"/>
                <w:sz w:val="17"/>
              </w:rPr>
              <w:t>Outline major milestones for preparation, pilot delivery, review, and possible expansion.</w:t>
            </w:r>
          </w:p>
        </w:tc>
      </w:tr>
      <w:tr w:rsidR="00741BF2" w14:paraId="557FB7B1" w14:textId="77777777">
        <w:trPr>
          <w:trHeight w:val="1296"/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94ACBF8" w14:textId="77777777" w:rsidR="00741BF2" w:rsidRDefault="00000000">
            <w:pPr>
              <w:spacing w:after="0" w:line="240" w:lineRule="auto"/>
            </w:pPr>
            <w:sdt>
              <w:sdtPr>
                <w:alias w:val="ROLLOUT_TIMELINE"/>
                <w:tag w:val="ROLLOUT_TIMELINE"/>
                <w:id w:val="-1514065803"/>
                <w:text w:multiLine="1"/>
              </w:sdtPr>
              <w:sdtContent>
                <w:r>
                  <w:rPr>
                    <w:i/>
                    <w:color w:val="7A7480"/>
                    <w:sz w:val="18"/>
                  </w:rPr>
                  <w:t>Click or tap here and outline the rollout timeline.</w:t>
                </w:r>
              </w:sdtContent>
            </w:sdt>
          </w:p>
        </w:tc>
      </w:tr>
    </w:tbl>
    <w:p w14:paraId="1FB6EFE6" w14:textId="77777777" w:rsidR="00741BF2" w:rsidRDefault="00741BF2">
      <w:pPr>
        <w:spacing w:after="40" w:line="240" w:lineRule="auto"/>
      </w:pPr>
    </w:p>
    <w:p w14:paraId="481E01ED" w14:textId="77777777" w:rsidR="00741BF2" w:rsidRDefault="00000000">
      <w:pPr>
        <w:spacing w:before="40" w:line="240" w:lineRule="auto"/>
      </w:pPr>
      <w:r>
        <w:rPr>
          <w:b/>
          <w:color w:val="6F2C91"/>
          <w:sz w:val="29"/>
        </w:rPr>
        <w:t>4. Potential Contribution to the THUAIGE Open-Source System</w:t>
      </w:r>
    </w:p>
    <w:p w14:paraId="423CC3DA" w14:textId="77777777" w:rsidR="00741BF2" w:rsidRDefault="00000000">
      <w:pPr>
        <w:spacing w:after="120" w:line="252" w:lineRule="auto"/>
      </w:pPr>
      <w:r>
        <w:rPr>
          <w:color w:val="5D5D66"/>
          <w:sz w:val="18"/>
        </w:rPr>
        <w:t>Practical School Partners are expected not only to use the shared resources, but also to contribute back to the community in ways appropriate to their capacity and context.</w:t>
      </w:r>
    </w:p>
    <w:p w14:paraId="30326B79" w14:textId="77777777" w:rsidR="00741BF2" w:rsidRDefault="00000000">
      <w:pPr>
        <w:spacing w:after="40" w:line="240" w:lineRule="auto"/>
      </w:pPr>
      <w:r>
        <w:rPr>
          <w:b/>
          <w:color w:val="2C2C34"/>
          <w:sz w:val="18"/>
        </w:rPr>
        <w:t>Potential contribution areas (check all that may apply):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741BF2" w14:paraId="0DE3998D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1951BC4E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Classroom</w:t>
            </w:r>
            <w:proofErr w:type="gramEnd"/>
            <w:r>
              <w:rPr>
                <w:color w:val="2C2C34"/>
                <w:sz w:val="17"/>
              </w:rPr>
              <w:t xml:space="preserve"> implementation cases / teaching reflections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6FB1AA6A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Lesson</w:t>
            </w:r>
            <w:proofErr w:type="gramEnd"/>
            <w:r>
              <w:rPr>
                <w:color w:val="2C2C34"/>
                <w:sz w:val="17"/>
              </w:rPr>
              <w:t xml:space="preserve"> plans, projects, activities, or teaching resources</w:t>
            </w:r>
          </w:p>
        </w:tc>
      </w:tr>
      <w:tr w:rsidR="00741BF2" w14:paraId="2F71C8E0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6F865F35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Localization</w:t>
            </w:r>
            <w:proofErr w:type="gramEnd"/>
            <w:r>
              <w:rPr>
                <w:color w:val="2C2C34"/>
                <w:sz w:val="17"/>
              </w:rPr>
              <w:t xml:space="preserve"> or adaptation of existing materials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10FF5BCF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Translation</w:t>
            </w:r>
            <w:proofErr w:type="gramEnd"/>
            <w:r>
              <w:rPr>
                <w:color w:val="2C2C34"/>
                <w:sz w:val="17"/>
              </w:rPr>
              <w:t xml:space="preserve"> or bilingual resource development</w:t>
            </w:r>
          </w:p>
        </w:tc>
      </w:tr>
      <w:tr w:rsidR="00741BF2" w14:paraId="0BC14D3A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3B340773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Assessment</w:t>
            </w:r>
            <w:proofErr w:type="gramEnd"/>
            <w:r>
              <w:rPr>
                <w:color w:val="2C2C34"/>
                <w:sz w:val="17"/>
              </w:rPr>
              <w:t xml:space="preserve"> tools / student task design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560EAAF5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Teacher</w:t>
            </w:r>
            <w:proofErr w:type="gramEnd"/>
            <w:r>
              <w:rPr>
                <w:color w:val="2C2C34"/>
                <w:sz w:val="17"/>
              </w:rPr>
              <w:t xml:space="preserve"> professional development / training support</w:t>
            </w:r>
          </w:p>
        </w:tc>
      </w:tr>
      <w:tr w:rsidR="00741BF2" w14:paraId="0A591A9D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11BC63D8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Evaluation</w:t>
            </w:r>
            <w:proofErr w:type="gramEnd"/>
            <w:r>
              <w:rPr>
                <w:color w:val="2C2C34"/>
                <w:sz w:val="17"/>
              </w:rPr>
              <w:t xml:space="preserve"> or research collaboration (subject to appropriate ethics/privacy requirements)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034F0AAC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Technical</w:t>
            </w:r>
            <w:proofErr w:type="gramEnd"/>
            <w:r>
              <w:rPr>
                <w:color w:val="2C2C34"/>
                <w:sz w:val="17"/>
              </w:rPr>
              <w:t xml:space="preserve"> or open-source development support</w:t>
            </w:r>
          </w:p>
        </w:tc>
      </w:tr>
      <w:tr w:rsidR="00741BF2" w14:paraId="03997015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175EC05F" w14:textId="77777777" w:rsidR="00741BF2" w:rsidRDefault="00000000">
            <w:pPr>
              <w:spacing w:after="0" w:line="240" w:lineRule="auto"/>
            </w:pPr>
            <w:proofErr w:type="gramStart"/>
            <w:r>
              <w:rPr>
                <w:color w:val="2C2C34"/>
                <w:sz w:val="17"/>
              </w:rPr>
              <w:t>☐  Community</w:t>
            </w:r>
            <w:proofErr w:type="gramEnd"/>
            <w:r>
              <w:rPr>
                <w:color w:val="2C2C34"/>
                <w:sz w:val="17"/>
              </w:rPr>
              <w:t xml:space="preserve"> events, dissemination, or partner-school exchange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50" w:type="dxa"/>
            </w:tcMar>
          </w:tcPr>
          <w:p w14:paraId="2906C3FC" w14:textId="54B3E769" w:rsidR="00741BF2" w:rsidRPr="00EA4A32" w:rsidRDefault="00000000">
            <w:pPr>
              <w:spacing w:after="0" w:line="240" w:lineRule="auto"/>
              <w:rPr>
                <w:rFonts w:eastAsia="宋体"/>
                <w:lang w:eastAsia="zh-CN"/>
              </w:rPr>
            </w:pPr>
            <w:proofErr w:type="gramStart"/>
            <w:r>
              <w:rPr>
                <w:color w:val="2C2C34"/>
                <w:sz w:val="17"/>
              </w:rPr>
              <w:t>☐  Other</w:t>
            </w:r>
            <w:proofErr w:type="gramEnd"/>
            <w:r>
              <w:rPr>
                <w:color w:val="2C2C34"/>
                <w:sz w:val="17"/>
              </w:rPr>
              <w:t xml:space="preserve"> contributions</w:t>
            </w:r>
            <w:r w:rsidR="00EA4A32">
              <w:rPr>
                <w:rFonts w:eastAsia="宋体" w:hint="eastAsia"/>
                <w:color w:val="2C2C34"/>
                <w:sz w:val="17"/>
                <w:lang w:eastAsia="zh-CN"/>
              </w:rPr>
              <w:t xml:space="preserve"> (Type below)</w:t>
            </w:r>
          </w:p>
        </w:tc>
      </w:tr>
    </w:tbl>
    <w:p w14:paraId="306D8313" w14:textId="77777777" w:rsidR="00741BF2" w:rsidRDefault="00741BF2">
      <w:pPr>
        <w:spacing w:after="40" w:line="240" w:lineRule="auto"/>
      </w:pPr>
    </w:p>
    <w:p w14:paraId="3070F9B8" w14:textId="77777777" w:rsidR="00741BF2" w:rsidRDefault="00741BF2">
      <w:pPr>
        <w:spacing w:after="40" w:line="240" w:lineRule="auto"/>
        <w:rPr>
          <w:rFonts w:eastAsia="宋体"/>
          <w:lang w:eastAsia="zh-CN"/>
        </w:rPr>
      </w:pPr>
    </w:p>
    <w:p w14:paraId="7672F941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78CB8DF2" w14:textId="77777777" w:rsidR="00EA4A32" w:rsidRP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7928E128" w14:textId="77777777" w:rsidR="00741BF2" w:rsidRDefault="00000000">
      <w:pPr>
        <w:spacing w:before="40" w:line="240" w:lineRule="auto"/>
      </w:pPr>
      <w:r>
        <w:rPr>
          <w:b/>
          <w:color w:val="6F2C91"/>
          <w:sz w:val="29"/>
        </w:rPr>
        <w:lastRenderedPageBreak/>
        <w:t>5. Partner Expectations and Acknowledgement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41BF2" w14:paraId="6A69A39D" w14:textId="77777777">
        <w:trPr>
          <w:jc w:val="center"/>
        </w:trPr>
        <w:tc>
          <w:tcPr>
            <w:tcW w:w="10080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A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52A927" w14:textId="77777777" w:rsidR="00741BF2" w:rsidRDefault="00000000">
            <w:pPr>
              <w:spacing w:after="80" w:line="252" w:lineRule="auto"/>
            </w:pPr>
            <w:proofErr w:type="gramStart"/>
            <w:r>
              <w:rPr>
                <w:color w:val="2C2C34"/>
                <w:sz w:val="18"/>
              </w:rPr>
              <w:t>☐  We</w:t>
            </w:r>
            <w:proofErr w:type="gramEnd"/>
            <w:r>
              <w:rPr>
                <w:color w:val="2C2C34"/>
                <w:sz w:val="18"/>
              </w:rPr>
              <w:t xml:space="preserve"> understand that a THUAIGE Practical School Partner is expected to participate in both implementation and contribution to the shared AI literacy system.</w:t>
            </w:r>
          </w:p>
          <w:p w14:paraId="6E300D1D" w14:textId="77777777" w:rsidR="00741BF2" w:rsidRDefault="00000000">
            <w:pPr>
              <w:spacing w:after="80" w:line="252" w:lineRule="auto"/>
            </w:pPr>
            <w:proofErr w:type="gramStart"/>
            <w:r>
              <w:rPr>
                <w:color w:val="2C2C34"/>
                <w:sz w:val="18"/>
              </w:rPr>
              <w:t>☐  We</w:t>
            </w:r>
            <w:proofErr w:type="gramEnd"/>
            <w:r>
              <w:rPr>
                <w:color w:val="2C2C34"/>
                <w:sz w:val="18"/>
              </w:rPr>
              <w:t xml:space="preserve"> will use and share THUAIGE materials in accordance with applicable open-source licenses, attribution requirements, school policies, and relevant privacy/safeguarding obligations.</w:t>
            </w:r>
          </w:p>
          <w:p w14:paraId="44740A78" w14:textId="77777777" w:rsidR="00741BF2" w:rsidRDefault="00000000">
            <w:pPr>
              <w:spacing w:after="80" w:line="252" w:lineRule="auto"/>
            </w:pPr>
            <w:proofErr w:type="gramStart"/>
            <w:r>
              <w:rPr>
                <w:color w:val="2C2C34"/>
                <w:sz w:val="18"/>
              </w:rPr>
              <w:t>☐  We</w:t>
            </w:r>
            <w:proofErr w:type="gramEnd"/>
            <w:r>
              <w:rPr>
                <w:color w:val="2C2C34"/>
                <w:sz w:val="18"/>
              </w:rPr>
              <w:t xml:space="preserve"> will designate appropriate personnel to coordinate with THUAIGE and, where feasible, share implementation feedback and practical experience with the partner community.</w:t>
            </w:r>
          </w:p>
          <w:p w14:paraId="32C27E07" w14:textId="77777777" w:rsidR="00741BF2" w:rsidRDefault="00000000">
            <w:pPr>
              <w:spacing w:after="80" w:line="252" w:lineRule="auto"/>
            </w:pPr>
            <w:proofErr w:type="gramStart"/>
            <w:r>
              <w:rPr>
                <w:color w:val="2C2C34"/>
                <w:sz w:val="18"/>
              </w:rPr>
              <w:t>☐  The</w:t>
            </w:r>
            <w:proofErr w:type="gramEnd"/>
            <w:r>
              <w:rPr>
                <w:color w:val="2C2C34"/>
                <w:sz w:val="18"/>
              </w:rPr>
              <w:t xml:space="preserve"> information provided in this application is accurate to the best of our knowledge.</w:t>
            </w:r>
          </w:p>
        </w:tc>
      </w:tr>
    </w:tbl>
    <w:p w14:paraId="41F28776" w14:textId="77777777" w:rsidR="00741BF2" w:rsidRDefault="00741BF2">
      <w:pPr>
        <w:spacing w:after="40" w:line="240" w:lineRule="auto"/>
        <w:rPr>
          <w:rFonts w:eastAsia="宋体"/>
          <w:lang w:eastAsia="zh-CN"/>
        </w:rPr>
      </w:pPr>
    </w:p>
    <w:p w14:paraId="75B56DDD" w14:textId="7CDEAE18" w:rsidR="00EA4A32" w:rsidRPr="009B32F4" w:rsidRDefault="00EA4A32" w:rsidP="009B32F4">
      <w:pPr>
        <w:spacing w:before="140" w:line="240" w:lineRule="auto"/>
        <w:rPr>
          <w:b/>
          <w:color w:val="6F2C91"/>
          <w:sz w:val="21"/>
        </w:rPr>
      </w:pPr>
      <w:r w:rsidRPr="009B32F4">
        <w:rPr>
          <w:rFonts w:hint="eastAsia"/>
          <w:b/>
          <w:color w:val="6F2C91"/>
          <w:sz w:val="21"/>
        </w:rPr>
        <w:t>Program Lead Signature:</w:t>
      </w:r>
    </w:p>
    <w:p w14:paraId="27622485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1005DF71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452D32F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7C07ED93" w14:textId="729EF75D" w:rsidR="00EA4A32" w:rsidRPr="009B32F4" w:rsidRDefault="00EA4A32" w:rsidP="009B32F4">
      <w:pPr>
        <w:spacing w:before="140" w:line="240" w:lineRule="auto"/>
        <w:rPr>
          <w:b/>
          <w:color w:val="6F2C91"/>
          <w:sz w:val="21"/>
        </w:rPr>
      </w:pPr>
      <w:r w:rsidRPr="009B32F4">
        <w:rPr>
          <w:rFonts w:hint="eastAsia"/>
          <w:b/>
          <w:color w:val="6F2C91"/>
          <w:sz w:val="21"/>
        </w:rPr>
        <w:t>Direct Manager / Institutional Sponsor Signature:</w:t>
      </w:r>
    </w:p>
    <w:p w14:paraId="15FCD08B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3B21CEE" w14:textId="77777777" w:rsidR="009B32F4" w:rsidRDefault="009B32F4">
      <w:pPr>
        <w:spacing w:after="40" w:line="240" w:lineRule="auto"/>
        <w:rPr>
          <w:rFonts w:eastAsia="宋体" w:hint="eastAsia"/>
          <w:lang w:eastAsia="zh-CN"/>
        </w:rPr>
      </w:pPr>
    </w:p>
    <w:p w14:paraId="08A1E6D5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83A688C" w14:textId="71A0D1C1" w:rsidR="00EA4A32" w:rsidRPr="009B32F4" w:rsidRDefault="00EA4A32" w:rsidP="009B32F4">
      <w:pPr>
        <w:spacing w:before="140" w:line="240" w:lineRule="auto"/>
        <w:rPr>
          <w:rFonts w:eastAsia="宋体"/>
          <w:b/>
          <w:color w:val="6F2C91"/>
          <w:sz w:val="21"/>
          <w:lang w:eastAsia="zh-CN"/>
        </w:rPr>
      </w:pPr>
      <w:r w:rsidRPr="009B32F4">
        <w:rPr>
          <w:rFonts w:hint="eastAsia"/>
          <w:b/>
          <w:color w:val="6F2C91"/>
          <w:sz w:val="21"/>
        </w:rPr>
        <w:t>School Stamp</w:t>
      </w:r>
    </w:p>
    <w:p w14:paraId="5124723E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69D4B9F8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1747D964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4CA1442D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50581651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E4E8654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050C8316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3D782C1D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4F2F5871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00AAE5E8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889FFDD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42EEFAC8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572B2C84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71CECC1B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325D1FB8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640707F2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3940E2D0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78E063E7" w14:textId="77777777" w:rsidR="00EA4A32" w:rsidRDefault="00EA4A32">
      <w:pPr>
        <w:spacing w:after="40" w:line="240" w:lineRule="auto"/>
        <w:rPr>
          <w:rFonts w:eastAsia="宋体"/>
          <w:lang w:eastAsia="zh-CN"/>
        </w:rPr>
      </w:pPr>
    </w:p>
    <w:p w14:paraId="2613D3EE" w14:textId="030CAB5C" w:rsidR="00EA4A32" w:rsidRPr="00EA4A32" w:rsidRDefault="00EA4A32">
      <w:pPr>
        <w:spacing w:after="40" w:line="240" w:lineRule="auto"/>
        <w:rPr>
          <w:rFonts w:eastAsia="宋体" w:hint="eastAsia"/>
          <w:lang w:eastAsia="zh-CN"/>
        </w:rPr>
      </w:pPr>
    </w:p>
    <w:p w14:paraId="104392CF" w14:textId="77777777" w:rsidR="00741BF2" w:rsidRDefault="00000000">
      <w:pPr>
        <w:spacing w:before="140" w:line="240" w:lineRule="auto"/>
      </w:pPr>
      <w:r>
        <w:rPr>
          <w:b/>
          <w:color w:val="6F2C91"/>
          <w:sz w:val="21"/>
        </w:rPr>
        <w:t>For THUAIGE Internal Use Only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128"/>
      </w:tblGrid>
      <w:tr w:rsidR="00741BF2" w14:paraId="057FC3B5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B63D9FB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Application reference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0AE304D" w14:textId="77777777" w:rsidR="00741BF2" w:rsidRDefault="00000000">
            <w:pPr>
              <w:spacing w:after="0" w:line="240" w:lineRule="auto"/>
            </w:pPr>
            <w:sdt>
              <w:sdtPr>
                <w:alias w:val="INTERNAL_1"/>
                <w:tag w:val="INTERNAL_1"/>
                <w:id w:val="1007028693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For THUAIGE use</w:t>
                </w:r>
              </w:sdtContent>
            </w:sdt>
          </w:p>
        </w:tc>
      </w:tr>
      <w:tr w:rsidR="00741BF2" w14:paraId="5E7F8311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183A00B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Date received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19F7CB3" w14:textId="77777777" w:rsidR="00741BF2" w:rsidRDefault="00000000">
            <w:pPr>
              <w:spacing w:after="0" w:line="240" w:lineRule="auto"/>
            </w:pPr>
            <w:sdt>
              <w:sdtPr>
                <w:alias w:val="INTERNAL_2"/>
                <w:tag w:val="INTERNAL_2"/>
                <w:id w:val="1870181516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For THUAIGE use</w:t>
                </w:r>
              </w:sdtContent>
            </w:sdt>
          </w:p>
        </w:tc>
      </w:tr>
      <w:tr w:rsidR="00741BF2" w14:paraId="7FC2228F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CD40B2D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Reviewer / review team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DBDA725" w14:textId="77777777" w:rsidR="00741BF2" w:rsidRDefault="00000000">
            <w:pPr>
              <w:spacing w:after="0" w:line="240" w:lineRule="auto"/>
            </w:pPr>
            <w:sdt>
              <w:sdtPr>
                <w:alias w:val="INTERNAL_3"/>
                <w:tag w:val="INTERNAL_3"/>
                <w:id w:val="-1276094873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For THUAIGE use</w:t>
                </w:r>
              </w:sdtContent>
            </w:sdt>
          </w:p>
        </w:tc>
      </w:tr>
      <w:tr w:rsidR="00741BF2" w14:paraId="61C9FE39" w14:textId="77777777">
        <w:trPr>
          <w:jc w:val="center"/>
        </w:trPr>
        <w:tc>
          <w:tcPr>
            <w:tcW w:w="2952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4F1F7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5B4CC46" w14:textId="77777777" w:rsidR="00741BF2" w:rsidRDefault="00000000">
            <w:pPr>
              <w:spacing w:after="0" w:line="240" w:lineRule="auto"/>
            </w:pPr>
            <w:r>
              <w:rPr>
                <w:b/>
                <w:color w:val="2C2C34"/>
                <w:sz w:val="18"/>
              </w:rPr>
              <w:t>Decision / follow-up</w:t>
            </w:r>
          </w:p>
        </w:tc>
        <w:tc>
          <w:tcPr>
            <w:tcW w:w="7128" w:type="dxa"/>
            <w:tcBorders>
              <w:top w:val="single" w:sz="5" w:space="0" w:color="D8D2DC"/>
              <w:left w:val="single" w:sz="5" w:space="0" w:color="D8D2DC"/>
              <w:bottom w:val="single" w:sz="5" w:space="0" w:color="D8D2DC"/>
              <w:right w:val="single" w:sz="5" w:space="0" w:color="D8D2DC"/>
            </w:tcBorders>
            <w:shd w:val="clear" w:color="auto" w:fill="FFFFFF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40D6AE1" w14:textId="77777777" w:rsidR="00741BF2" w:rsidRDefault="00000000">
            <w:pPr>
              <w:spacing w:after="0" w:line="240" w:lineRule="auto"/>
            </w:pPr>
            <w:sdt>
              <w:sdtPr>
                <w:alias w:val="INTERNAL_4"/>
                <w:tag w:val="INTERNAL_4"/>
                <w:id w:val="357551901"/>
                <w:text/>
              </w:sdtPr>
              <w:sdtContent>
                <w:r>
                  <w:rPr>
                    <w:i/>
                    <w:color w:val="7A7480"/>
                    <w:sz w:val="18"/>
                  </w:rPr>
                  <w:t>For THUAIGE use</w:t>
                </w:r>
              </w:sdtContent>
            </w:sdt>
          </w:p>
        </w:tc>
      </w:tr>
    </w:tbl>
    <w:p w14:paraId="1D2AAB4C" w14:textId="77777777" w:rsidR="00741BF2" w:rsidRDefault="00741BF2">
      <w:pPr>
        <w:spacing w:after="40" w:line="240" w:lineRule="auto"/>
      </w:pPr>
    </w:p>
    <w:p w14:paraId="08FA4D3E" w14:textId="07560E6B" w:rsidR="00741BF2" w:rsidRDefault="00741BF2">
      <w:pPr>
        <w:spacing w:before="80" w:after="0" w:line="240" w:lineRule="auto"/>
        <w:jc w:val="center"/>
      </w:pPr>
    </w:p>
    <w:sectPr w:rsidR="00741BF2" w:rsidSect="00034616">
      <w:headerReference w:type="default" r:id="rId8"/>
      <w:footerReference w:type="default" r:id="rId9"/>
      <w:pgSz w:w="12240" w:h="15840"/>
      <w:pgMar w:top="835" w:right="1037" w:bottom="806" w:left="1037" w:header="331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31ED" w14:textId="77777777" w:rsidR="00AB4D32" w:rsidRDefault="00AB4D32">
      <w:pPr>
        <w:spacing w:after="0" w:line="240" w:lineRule="auto"/>
      </w:pPr>
      <w:r>
        <w:separator/>
      </w:r>
    </w:p>
  </w:endnote>
  <w:endnote w:type="continuationSeparator" w:id="0">
    <w:p w14:paraId="54C2B2A2" w14:textId="77777777" w:rsidR="00AB4D32" w:rsidRDefault="00AB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30E0" w14:textId="77777777" w:rsidR="00741BF2" w:rsidRDefault="00000000">
    <w:pPr>
      <w:pStyle w:val="a7"/>
      <w:jc w:val="right"/>
    </w:pPr>
    <w:r>
      <w:rPr>
        <w:color w:val="5D5D66"/>
        <w:sz w:val="17"/>
      </w:rPr>
      <w:t xml:space="preserve">Page </w:t>
    </w:r>
    <w:r>
      <w:rPr>
        <w:color w:val="5D5D66"/>
        <w:sz w:val="17"/>
      </w:rPr>
      <w:fldChar w:fldCharType="begin"/>
    </w:r>
    <w:r>
      <w:rPr>
        <w:color w:val="5D5D66"/>
        <w:sz w:val="17"/>
      </w:rPr>
      <w:instrText xml:space="preserve"> PAGE </w:instrText>
    </w:r>
    <w:r>
      <w:rPr>
        <w:color w:val="5D5D66"/>
        <w:sz w:val="17"/>
      </w:rPr>
      <w:fldChar w:fldCharType="separate"/>
    </w:r>
    <w:r w:rsidR="00EA4A32">
      <w:rPr>
        <w:noProof/>
        <w:color w:val="5D5D66"/>
        <w:sz w:val="17"/>
      </w:rPr>
      <w:t>1</w:t>
    </w:r>
    <w:r>
      <w:rPr>
        <w:color w:val="5D5D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726E" w14:textId="77777777" w:rsidR="00AB4D32" w:rsidRDefault="00AB4D32">
      <w:pPr>
        <w:spacing w:after="0" w:line="240" w:lineRule="auto"/>
      </w:pPr>
      <w:r>
        <w:separator/>
      </w:r>
    </w:p>
  </w:footnote>
  <w:footnote w:type="continuationSeparator" w:id="0">
    <w:p w14:paraId="4A87F666" w14:textId="77777777" w:rsidR="00AB4D32" w:rsidRDefault="00AB4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3E91" w14:textId="77777777" w:rsidR="00741BF2" w:rsidRDefault="00000000">
    <w:pPr>
      <w:pStyle w:val="a5"/>
      <w:pBdr>
        <w:bottom w:val="single" w:sz="5" w:space="3" w:color="D8D2DC"/>
      </w:pBdr>
    </w:pPr>
    <w:proofErr w:type="gramStart"/>
    <w:r>
      <w:rPr>
        <w:b/>
        <w:color w:val="6F2C91"/>
        <w:sz w:val="18"/>
      </w:rPr>
      <w:t>THUAIGE</w:t>
    </w:r>
    <w:r>
      <w:rPr>
        <w:color w:val="5D5D66"/>
        <w:sz w:val="16"/>
      </w:rPr>
      <w:t xml:space="preserve">  |</w:t>
    </w:r>
    <w:proofErr w:type="gramEnd"/>
    <w:r>
      <w:rPr>
        <w:color w:val="5D5D66"/>
        <w:sz w:val="16"/>
      </w:rPr>
      <w:t xml:space="preserve">  Tsinghua University Artificial Intelligence General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634333">
    <w:abstractNumId w:val="8"/>
  </w:num>
  <w:num w:numId="2" w16cid:durableId="2087994549">
    <w:abstractNumId w:val="6"/>
  </w:num>
  <w:num w:numId="3" w16cid:durableId="391196999">
    <w:abstractNumId w:val="5"/>
  </w:num>
  <w:num w:numId="4" w16cid:durableId="1050884380">
    <w:abstractNumId w:val="4"/>
  </w:num>
  <w:num w:numId="5" w16cid:durableId="1806194221">
    <w:abstractNumId w:val="7"/>
  </w:num>
  <w:num w:numId="6" w16cid:durableId="1852720685">
    <w:abstractNumId w:val="3"/>
  </w:num>
  <w:num w:numId="7" w16cid:durableId="616446282">
    <w:abstractNumId w:val="2"/>
  </w:num>
  <w:num w:numId="8" w16cid:durableId="1292634212">
    <w:abstractNumId w:val="1"/>
  </w:num>
  <w:num w:numId="9" w16cid:durableId="213136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5AD4"/>
    <w:rsid w:val="00723935"/>
    <w:rsid w:val="00741BF2"/>
    <w:rsid w:val="007510BA"/>
    <w:rsid w:val="009B32F4"/>
    <w:rsid w:val="00AA1D8D"/>
    <w:rsid w:val="00AB4D32"/>
    <w:rsid w:val="00B47730"/>
    <w:rsid w:val="00CB0664"/>
    <w:rsid w:val="00EA4A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251231"/>
  <w14:defaultImageDpi w14:val="300"/>
  <w15:docId w15:val="{D843F221-56D3-4630-BB0C-135110B7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THUAIGE Practical School Partner Application Form</dc:title>
  <dc:subject>Application form for schools seeking THUAIGE Practical School Partner status</dc:subject>
  <dc:creator>THUAIGE</dc:creator>
  <cp:keywords>THUAIGE, AI literacy, practical school partner, application form</cp:keywords>
  <dc:description>generated by python-docx</dc:description>
  <cp:lastModifiedBy>Yuqing Long</cp:lastModifiedBy>
  <cp:revision>3</cp:revision>
  <dcterms:created xsi:type="dcterms:W3CDTF">2013-12-23T23:15:00Z</dcterms:created>
  <dcterms:modified xsi:type="dcterms:W3CDTF">2026-09-09T03:46:00Z</dcterms:modified>
  <cp:category/>
</cp:coreProperties>
</file>